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ט"ו בשבט - החג של העצים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ט"ו בשבט ואת מנהגיו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הקשורות לעצים ולפירות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ולענות על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מחר, בשבת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שקדייה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7 מינים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ש-ת-ל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מנהג, לא חובה. כל אחד בוחר איך לחגוג.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על החג.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שבעת המינים הם חיטה, שעורה, גפן, תאנה, רימון, זית ותמר.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בסיפור האישי של רות.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נוטעים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פורחת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שתיל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(צמח גדול עם גזע ושורשים)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(צמח קטן וצעיר)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(חנות של צמחים)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(עץ שפורח ראשון בחורף)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(שבעה צמחים של ארץ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נטיעת העץ של 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קיבלנו שתיל קטן של 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בעלי חפר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הבת שלי שמה את השתיל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אני השקיתי את השתיל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חשבתי שגם לנו יש שורשים כאן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3-4 משפטים, עם תיאור הצבע, הגודל וזמן הפריחה.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הסבר קצר, שימוש במילה 'לשתול' או 'נטיעה'.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ראש השנה לאילנות, נטיעת עצים ואכילת פירות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הפועל לשתול בצורה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זית, שקדייה, תמר, חיטה, גפן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תמונה אמיתית של שקדייה פורחת לפני השיעור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הסיפור של רות בקול רם ולבקש מהתלמידים לשתף סיפור דומה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לתלמידים חדשים או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ט"ו בשבט - החג של העצים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ט"ו בשבט הוא חג של עצים. בחג נוטעים עצים ואוכלים פירות. נלמד מילים חדשות על החג.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לשתול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צמח באדמה כדי שיגדל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שתיל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צמח קטן וצעיר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משתלה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חנות שמוכרת צמחים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שקדייה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שפורח ראשון בחורף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שבעת המינים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שבעה צמחים מיוחדים של 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נטיעות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הפעולה של שתילת עצים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חגיגי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מיוחד ושמח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של הצמח שבתוך האדמה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חוגגים את החג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מחר, בשבת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בעוד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עץ פורח קודם?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שקדייה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צמחים יש ברשימה המיוחדת?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מינים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 מינים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מינים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 מינים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מכינים מהזית?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אותיות יש במילה 'לשתול'?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ש-ת-ה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ש-ת-ל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ת-ל-ה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נ-ט-ע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ט"ו בשבט הוא חובה לכל משפחה בישראל.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לשקדייה יש פרחים לבנים או ורודים.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שבעת המינים כוללים גם תפוזים.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רות קיבלה שתיל קטן של זית.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בט"ו בשבט __________ עצים.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השקדייה __________ ראשונה בחורף.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קיבלנו __________ קטן של זית.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מחיטה עושים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עץ שפורח ראשון בחורף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שתיל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שבעה צמחים של 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משתלה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צמח גדול עם גזע ושורשים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שקדייה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צמח קטן וצעיר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שבעת המינים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חנות של צמחים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נטיעת העץ של 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הבת שלי שמה את השתיל באדמה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חשבתי שגם לנו יש שורשים כאן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אני השקיתי את השתיל במים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קיבלנו שתיל קטן של זית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בעלי חפר באדמה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עץ או צמח שאתם מכירים. איך הוא נראה? מתי הוא פורח?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הייתם נוטעים עץ בשכונה שלכם, איזה עץ הייתם בוחרים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חוגגים בט"ו בשבט?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המילה 'לשתול'.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 אילו שני פירות או עצים למדנו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ט"ו בשבט - החג של העצים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